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566A8" w:rsidRPr="00936E87" w:rsidRDefault="00000000" w:rsidP="003A059C">
      <w:pPr>
        <w:pStyle w:val="Titolo"/>
        <w:jc w:val="center"/>
        <w:rPr>
          <w:b/>
          <w:bCs/>
          <w:color w:val="000000" w:themeColor="text1"/>
          <w:sz w:val="36"/>
          <w:szCs w:val="36"/>
          <w:lang w:val="it-IT"/>
        </w:rPr>
      </w:pPr>
      <w:r w:rsidRPr="00936E87">
        <w:rPr>
          <w:b/>
          <w:bCs/>
          <w:color w:val="000000" w:themeColor="text1"/>
          <w:sz w:val="36"/>
          <w:szCs w:val="36"/>
          <w:lang w:val="it-IT"/>
        </w:rPr>
        <w:t>Scheda di progettazione attività con la Pascalina</w:t>
      </w:r>
    </w:p>
    <w:p w:rsidR="00936E87" w:rsidRDefault="00936E87">
      <w:pPr>
        <w:rPr>
          <w:b/>
          <w:bCs/>
          <w:lang w:val="it-IT"/>
        </w:rPr>
      </w:pPr>
      <w:r>
        <w:rPr>
          <w:b/>
          <w:bCs/>
          <w:lang w:val="it-IT"/>
        </w:rPr>
        <w:t xml:space="preserve">Nominativo portavoce del </w:t>
      </w:r>
      <w:proofErr w:type="gramStart"/>
      <w:r>
        <w:rPr>
          <w:b/>
          <w:bCs/>
          <w:lang w:val="it-IT"/>
        </w:rPr>
        <w:t>gruppo:_</w:t>
      </w:r>
      <w:proofErr w:type="gramEnd"/>
      <w:r>
        <w:rPr>
          <w:b/>
          <w:bCs/>
          <w:lang w:val="it-IT"/>
        </w:rPr>
        <w:t>____________________________________________</w:t>
      </w:r>
    </w:p>
    <w:p w:rsidR="00936E87" w:rsidRDefault="00936E87">
      <w:pPr>
        <w:rPr>
          <w:b/>
          <w:bCs/>
          <w:lang w:val="it-IT"/>
        </w:rPr>
      </w:pPr>
      <w:r>
        <w:rPr>
          <w:b/>
          <w:bCs/>
          <w:lang w:val="it-IT"/>
        </w:rPr>
        <w:t>Membri del Gruppo: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20"/>
        <w:gridCol w:w="2860"/>
      </w:tblGrid>
      <w:tr w:rsidR="00936E87" w:rsidTr="00936E87">
        <w:trPr>
          <w:trHeight w:val="284"/>
        </w:trPr>
        <w:tc>
          <w:tcPr>
            <w:tcW w:w="592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Nome e Cognome</w:t>
            </w:r>
          </w:p>
        </w:tc>
        <w:tc>
          <w:tcPr>
            <w:tcW w:w="286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Matricola</w:t>
            </w:r>
          </w:p>
        </w:tc>
      </w:tr>
      <w:tr w:rsidR="00936E87" w:rsidTr="00936E87">
        <w:trPr>
          <w:trHeight w:val="284"/>
        </w:trPr>
        <w:tc>
          <w:tcPr>
            <w:tcW w:w="592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</w:p>
        </w:tc>
        <w:tc>
          <w:tcPr>
            <w:tcW w:w="286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</w:p>
        </w:tc>
      </w:tr>
      <w:tr w:rsidR="00936E87" w:rsidTr="00936E87">
        <w:trPr>
          <w:trHeight w:val="284"/>
        </w:trPr>
        <w:tc>
          <w:tcPr>
            <w:tcW w:w="592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</w:p>
        </w:tc>
        <w:tc>
          <w:tcPr>
            <w:tcW w:w="286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</w:p>
        </w:tc>
      </w:tr>
      <w:tr w:rsidR="00936E87" w:rsidTr="00936E87">
        <w:trPr>
          <w:trHeight w:val="284"/>
        </w:trPr>
        <w:tc>
          <w:tcPr>
            <w:tcW w:w="592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</w:p>
        </w:tc>
        <w:tc>
          <w:tcPr>
            <w:tcW w:w="286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</w:p>
        </w:tc>
      </w:tr>
      <w:tr w:rsidR="00936E87" w:rsidTr="00936E87">
        <w:trPr>
          <w:trHeight w:val="284"/>
        </w:trPr>
        <w:tc>
          <w:tcPr>
            <w:tcW w:w="592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</w:p>
        </w:tc>
        <w:tc>
          <w:tcPr>
            <w:tcW w:w="286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</w:p>
        </w:tc>
      </w:tr>
      <w:tr w:rsidR="00936E87" w:rsidTr="00936E87">
        <w:trPr>
          <w:trHeight w:val="284"/>
        </w:trPr>
        <w:tc>
          <w:tcPr>
            <w:tcW w:w="592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</w:p>
        </w:tc>
        <w:tc>
          <w:tcPr>
            <w:tcW w:w="2860" w:type="dxa"/>
          </w:tcPr>
          <w:p w:rsidR="00936E87" w:rsidRDefault="00936E87">
            <w:pPr>
              <w:rPr>
                <w:b/>
                <w:bCs/>
                <w:lang w:val="it-IT"/>
              </w:rPr>
            </w:pPr>
          </w:p>
        </w:tc>
      </w:tr>
    </w:tbl>
    <w:p w:rsidR="00936E87" w:rsidRDefault="00936E87">
      <w:pPr>
        <w:rPr>
          <w:b/>
          <w:bCs/>
          <w:lang w:val="it-IT"/>
        </w:rPr>
      </w:pPr>
    </w:p>
    <w:p w:rsidR="00B566A8" w:rsidRPr="003A059C" w:rsidRDefault="003A059C">
      <w:pPr>
        <w:rPr>
          <w:b/>
          <w:bCs/>
          <w:lang w:val="it-IT"/>
        </w:rPr>
      </w:pPr>
      <w:r>
        <w:rPr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9000</wp:posOffset>
                </wp:positionH>
                <wp:positionV relativeFrom="paragraph">
                  <wp:posOffset>280835</wp:posOffset>
                </wp:positionV>
                <wp:extent cx="5522400" cy="424800"/>
                <wp:effectExtent l="0" t="0" r="15240" b="7620"/>
                <wp:wrapNone/>
                <wp:docPr id="61172769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2400" cy="42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059C" w:rsidRDefault="003A05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.7pt;margin-top:22.1pt;width:434.85pt;height:3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" fillcolor="white [3201]" strokeweight=".5pt">
                <v:textbox>
                  <w:txbxContent>
                    <w:p w:rsidR="003A059C" w:rsidRDefault="003A059C"/>
                  </w:txbxContent>
                </v:textbox>
              </v:shape>
            </w:pict>
          </mc:Fallback>
        </mc:AlternateContent>
      </w:r>
      <w:r w:rsidR="00000000" w:rsidRPr="003A059C">
        <w:rPr>
          <w:b/>
          <w:bCs/>
          <w:lang w:val="it-IT"/>
        </w:rPr>
        <w:t>Titolo dell’attività:</w:t>
      </w:r>
    </w:p>
    <w:p w:rsidR="00B566A8" w:rsidRPr="003A059C" w:rsidRDefault="00000000">
      <w:pPr>
        <w:rPr>
          <w:lang w:val="it-IT"/>
        </w:rPr>
      </w:pPr>
      <w:r w:rsidRPr="003A059C">
        <w:rPr>
          <w:lang w:val="it-IT"/>
        </w:rPr>
        <w:br/>
      </w:r>
    </w:p>
    <w:p w:rsidR="003A059C" w:rsidRPr="003A059C" w:rsidRDefault="00000000">
      <w:pPr>
        <w:rPr>
          <w:b/>
          <w:bCs/>
          <w:lang w:val="it-IT"/>
        </w:rPr>
      </w:pPr>
      <w:r w:rsidRPr="003A059C">
        <w:rPr>
          <w:b/>
          <w:bCs/>
          <w:lang w:val="it-IT"/>
        </w:rPr>
        <w:t xml:space="preserve">Classe: </w:t>
      </w:r>
    </w:p>
    <w:p w:rsidR="00B566A8" w:rsidRPr="003A059C" w:rsidRDefault="00000000" w:rsidP="003A059C">
      <w:pPr>
        <w:jc w:val="center"/>
        <w:rPr>
          <w:lang w:val="it-IT"/>
        </w:rPr>
      </w:pPr>
      <w:r w:rsidRPr="003A059C">
        <w:rPr>
          <w:lang w:val="it-IT"/>
        </w:rPr>
        <w:t>☐ Classe 1ª ☐ Classe 2ª ☐ Classe 3ª ☐ Classe 4ª ☐ Classe 5ª</w:t>
      </w:r>
    </w:p>
    <w:p w:rsidR="00B566A8" w:rsidRDefault="00000000">
      <w:pPr>
        <w:rPr>
          <w:b/>
          <w:bCs/>
          <w:lang w:val="it-IT"/>
        </w:rPr>
      </w:pPr>
      <w:r w:rsidRPr="003A059C">
        <w:rPr>
          <w:b/>
          <w:bCs/>
          <w:lang w:val="it-IT"/>
        </w:rPr>
        <w:t>Tempo previsto: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2195"/>
        <w:gridCol w:w="2195"/>
      </w:tblGrid>
      <w:tr w:rsidR="003A059C" w:rsidTr="003A059C">
        <w:tc>
          <w:tcPr>
            <w:tcW w:w="2195" w:type="dxa"/>
          </w:tcPr>
          <w:p w:rsidR="003A059C" w:rsidRDefault="003A059C" w:rsidP="003A059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Quadrimestre</w:t>
            </w: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Mesi</w:t>
            </w: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Giorni</w:t>
            </w: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Ore</w:t>
            </w:r>
          </w:p>
        </w:tc>
      </w:tr>
      <w:tr w:rsidR="003A059C" w:rsidTr="003A059C">
        <w:tc>
          <w:tcPr>
            <w:tcW w:w="2195" w:type="dxa"/>
          </w:tcPr>
          <w:p w:rsidR="003A059C" w:rsidRDefault="003A059C" w:rsidP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</w:tr>
      <w:tr w:rsidR="003A059C" w:rsidTr="003A059C">
        <w:tc>
          <w:tcPr>
            <w:tcW w:w="2195" w:type="dxa"/>
          </w:tcPr>
          <w:p w:rsidR="003A059C" w:rsidRDefault="003A059C" w:rsidP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</w:tr>
      <w:tr w:rsidR="003A059C" w:rsidTr="003A059C">
        <w:tc>
          <w:tcPr>
            <w:tcW w:w="2195" w:type="dxa"/>
          </w:tcPr>
          <w:p w:rsidR="003A059C" w:rsidRDefault="003A059C" w:rsidP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</w:tr>
      <w:tr w:rsidR="003A059C" w:rsidTr="003A059C">
        <w:tc>
          <w:tcPr>
            <w:tcW w:w="2195" w:type="dxa"/>
          </w:tcPr>
          <w:p w:rsidR="003A059C" w:rsidRDefault="003A059C" w:rsidP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2195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</w:tr>
    </w:tbl>
    <w:p w:rsidR="003A059C" w:rsidRPr="003A059C" w:rsidRDefault="003A059C">
      <w:pPr>
        <w:rPr>
          <w:b/>
          <w:bCs/>
          <w:lang w:val="it-IT"/>
        </w:rPr>
      </w:pPr>
    </w:p>
    <w:p w:rsidR="00B566A8" w:rsidRPr="003A059C" w:rsidRDefault="00000000">
      <w:pPr>
        <w:rPr>
          <w:i/>
          <w:iCs/>
          <w:lang w:val="it-IT"/>
        </w:rPr>
      </w:pPr>
      <w:r w:rsidRPr="003A059C">
        <w:rPr>
          <w:b/>
          <w:bCs/>
          <w:lang w:val="it-IT"/>
        </w:rPr>
        <w:t>Obiettivi matematici:</w:t>
      </w:r>
      <w:r w:rsidR="003A059C">
        <w:rPr>
          <w:b/>
          <w:bCs/>
          <w:lang w:val="it-IT"/>
        </w:rPr>
        <w:t xml:space="preserve"> </w:t>
      </w:r>
      <w:r w:rsidR="003A059C" w:rsidRPr="003A059C">
        <w:rPr>
          <w:i/>
          <w:iCs/>
          <w:lang w:val="it-IT"/>
        </w:rPr>
        <w:t>(es. valore posizionale, addizione, conteggio, ecc.)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4986"/>
      </w:tblGrid>
      <w:tr w:rsidR="003A059C" w:rsidTr="003A059C">
        <w:tc>
          <w:tcPr>
            <w:tcW w:w="3794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4986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</w:tr>
      <w:tr w:rsidR="003A059C" w:rsidTr="003A059C">
        <w:tc>
          <w:tcPr>
            <w:tcW w:w="3794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4986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</w:tr>
      <w:tr w:rsidR="003A059C" w:rsidTr="003A059C">
        <w:tc>
          <w:tcPr>
            <w:tcW w:w="3794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4986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</w:tr>
      <w:tr w:rsidR="003A059C" w:rsidTr="003A059C">
        <w:tc>
          <w:tcPr>
            <w:tcW w:w="3794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  <w:tc>
          <w:tcPr>
            <w:tcW w:w="4986" w:type="dxa"/>
          </w:tcPr>
          <w:p w:rsidR="003A059C" w:rsidRDefault="003A059C">
            <w:pPr>
              <w:rPr>
                <w:b/>
                <w:bCs/>
                <w:lang w:val="it-IT"/>
              </w:rPr>
            </w:pPr>
          </w:p>
        </w:tc>
      </w:tr>
    </w:tbl>
    <w:p w:rsidR="003A059C" w:rsidRPr="003A059C" w:rsidRDefault="003A059C">
      <w:pPr>
        <w:rPr>
          <w:b/>
          <w:bCs/>
          <w:lang w:val="it-IT"/>
        </w:rPr>
      </w:pPr>
    </w:p>
    <w:p w:rsidR="00B566A8" w:rsidRPr="003A059C" w:rsidRDefault="00000000">
      <w:pPr>
        <w:rPr>
          <w:b/>
          <w:bCs/>
          <w:lang w:val="it-IT"/>
        </w:rPr>
      </w:pPr>
      <w:r w:rsidRPr="003A059C">
        <w:rPr>
          <w:b/>
          <w:bCs/>
          <w:lang w:val="it-IT"/>
        </w:rPr>
        <w:t>Materiali: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4986"/>
      </w:tblGrid>
      <w:tr w:rsidR="003A059C" w:rsidTr="006211EE">
        <w:tc>
          <w:tcPr>
            <w:tcW w:w="3794" w:type="dxa"/>
          </w:tcPr>
          <w:p w:rsidR="003A059C" w:rsidRDefault="003A059C" w:rsidP="006211EE">
            <w:pPr>
              <w:rPr>
                <w:b/>
                <w:bCs/>
                <w:lang w:val="it-IT"/>
              </w:rPr>
            </w:pPr>
          </w:p>
        </w:tc>
        <w:tc>
          <w:tcPr>
            <w:tcW w:w="4986" w:type="dxa"/>
          </w:tcPr>
          <w:p w:rsidR="003A059C" w:rsidRDefault="003A059C" w:rsidP="006211EE">
            <w:pPr>
              <w:rPr>
                <w:b/>
                <w:bCs/>
                <w:lang w:val="it-IT"/>
              </w:rPr>
            </w:pPr>
          </w:p>
        </w:tc>
      </w:tr>
      <w:tr w:rsidR="003A059C" w:rsidTr="006211EE">
        <w:tc>
          <w:tcPr>
            <w:tcW w:w="3794" w:type="dxa"/>
          </w:tcPr>
          <w:p w:rsidR="003A059C" w:rsidRDefault="003A059C" w:rsidP="006211EE">
            <w:pPr>
              <w:rPr>
                <w:b/>
                <w:bCs/>
                <w:lang w:val="it-IT"/>
              </w:rPr>
            </w:pPr>
          </w:p>
        </w:tc>
        <w:tc>
          <w:tcPr>
            <w:tcW w:w="4986" w:type="dxa"/>
          </w:tcPr>
          <w:p w:rsidR="003A059C" w:rsidRDefault="003A059C" w:rsidP="006211EE">
            <w:pPr>
              <w:rPr>
                <w:b/>
                <w:bCs/>
                <w:lang w:val="it-IT"/>
              </w:rPr>
            </w:pPr>
          </w:p>
        </w:tc>
      </w:tr>
      <w:tr w:rsidR="003A059C" w:rsidTr="006211EE">
        <w:tc>
          <w:tcPr>
            <w:tcW w:w="3794" w:type="dxa"/>
          </w:tcPr>
          <w:p w:rsidR="003A059C" w:rsidRDefault="003A059C" w:rsidP="006211EE">
            <w:pPr>
              <w:rPr>
                <w:b/>
                <w:bCs/>
                <w:lang w:val="it-IT"/>
              </w:rPr>
            </w:pPr>
          </w:p>
        </w:tc>
        <w:tc>
          <w:tcPr>
            <w:tcW w:w="4986" w:type="dxa"/>
          </w:tcPr>
          <w:p w:rsidR="003A059C" w:rsidRDefault="003A059C" w:rsidP="006211EE">
            <w:pPr>
              <w:rPr>
                <w:b/>
                <w:bCs/>
                <w:lang w:val="it-IT"/>
              </w:rPr>
            </w:pPr>
          </w:p>
        </w:tc>
      </w:tr>
      <w:tr w:rsidR="003A059C" w:rsidTr="006211EE">
        <w:tc>
          <w:tcPr>
            <w:tcW w:w="3794" w:type="dxa"/>
          </w:tcPr>
          <w:p w:rsidR="003A059C" w:rsidRDefault="003A059C" w:rsidP="006211EE">
            <w:pPr>
              <w:rPr>
                <w:b/>
                <w:bCs/>
                <w:lang w:val="it-IT"/>
              </w:rPr>
            </w:pPr>
          </w:p>
        </w:tc>
        <w:tc>
          <w:tcPr>
            <w:tcW w:w="4986" w:type="dxa"/>
          </w:tcPr>
          <w:p w:rsidR="003A059C" w:rsidRDefault="003A059C" w:rsidP="006211EE">
            <w:pPr>
              <w:rPr>
                <w:b/>
                <w:bCs/>
                <w:lang w:val="it-IT"/>
              </w:rPr>
            </w:pPr>
          </w:p>
        </w:tc>
      </w:tr>
    </w:tbl>
    <w:p w:rsidR="00B566A8" w:rsidRPr="003A059C" w:rsidRDefault="00000000">
      <w:pPr>
        <w:rPr>
          <w:lang w:val="it-IT"/>
        </w:rPr>
      </w:pPr>
      <w:r w:rsidRPr="003A059C">
        <w:rPr>
          <w:lang w:val="it-IT"/>
        </w:rPr>
        <w:lastRenderedPageBreak/>
        <w:br/>
      </w:r>
    </w:p>
    <w:p w:rsidR="00B566A8" w:rsidRDefault="00936E87">
      <w:pPr>
        <w:rPr>
          <w:i/>
          <w:iCs/>
          <w:lang w:val="it-IT"/>
        </w:rPr>
      </w:pPr>
      <w:r>
        <w:rPr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1800</wp:posOffset>
                </wp:positionH>
                <wp:positionV relativeFrom="paragraph">
                  <wp:posOffset>288000</wp:posOffset>
                </wp:positionV>
                <wp:extent cx="5508000" cy="1310400"/>
                <wp:effectExtent l="0" t="0" r="16510" b="10795"/>
                <wp:wrapNone/>
                <wp:docPr id="18029846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000" cy="13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6E87" w:rsidRDefault="00936E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margin-left:.15pt;margin-top:22.7pt;width:433.7pt;height:103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" fillcolor="white [3201]" strokeweight=".5pt">
                <v:textbox>
                  <w:txbxContent>
                    <w:p w:rsidR="00936E87" w:rsidRDefault="00936E87"/>
                  </w:txbxContent>
                </v:textbox>
              </v:shape>
            </w:pict>
          </mc:Fallback>
        </mc:AlternateContent>
      </w:r>
      <w:r w:rsidR="00000000" w:rsidRPr="003A059C">
        <w:rPr>
          <w:b/>
          <w:bCs/>
          <w:lang w:val="it-IT"/>
        </w:rPr>
        <w:t>FASE 1 – ESPLORAZIONE / SITUAZIONE PROBLEMA:</w:t>
      </w:r>
      <w:r w:rsidR="003A059C">
        <w:rPr>
          <w:lang w:val="it-IT"/>
        </w:rPr>
        <w:t xml:space="preserve"> </w:t>
      </w:r>
      <w:r w:rsidR="003A059C" w:rsidRPr="003A059C">
        <w:rPr>
          <w:i/>
          <w:iCs/>
          <w:lang w:val="it-IT"/>
        </w:rPr>
        <w:t>(come introduco l’attività?)</w:t>
      </w:r>
    </w:p>
    <w:p w:rsidR="00936E87" w:rsidRPr="003A059C" w:rsidRDefault="00936E87">
      <w:pPr>
        <w:rPr>
          <w:lang w:val="it-IT"/>
        </w:rPr>
      </w:pPr>
    </w:p>
    <w:p w:rsidR="00B566A8" w:rsidRPr="003A059C" w:rsidRDefault="00000000">
      <w:pPr>
        <w:rPr>
          <w:lang w:val="it-IT"/>
        </w:rPr>
      </w:pPr>
      <w:r w:rsidRPr="003A059C">
        <w:rPr>
          <w:lang w:val="it-IT"/>
        </w:rPr>
        <w:br/>
      </w:r>
    </w:p>
    <w:p w:rsidR="00936E87" w:rsidRDefault="00936E87">
      <w:pPr>
        <w:rPr>
          <w:b/>
          <w:bCs/>
          <w:lang w:val="it-IT"/>
        </w:rPr>
      </w:pPr>
    </w:p>
    <w:p w:rsidR="00936E87" w:rsidRDefault="00936E87">
      <w:pPr>
        <w:rPr>
          <w:b/>
          <w:bCs/>
          <w:lang w:val="it-IT"/>
        </w:rPr>
      </w:pPr>
    </w:p>
    <w:p w:rsidR="00B566A8" w:rsidRPr="003A059C" w:rsidRDefault="00000000">
      <w:pPr>
        <w:rPr>
          <w:b/>
          <w:bCs/>
          <w:lang w:val="it-IT"/>
        </w:rPr>
      </w:pPr>
      <w:r w:rsidRPr="003A059C">
        <w:rPr>
          <w:b/>
          <w:bCs/>
          <w:lang w:val="it-IT"/>
        </w:rPr>
        <w:t>FASE 2 – ATTIVITÀ OPERATIVA CON LA PASCALINA:</w:t>
      </w:r>
      <w:r w:rsidR="003A059C">
        <w:rPr>
          <w:b/>
          <w:bCs/>
          <w:lang w:val="it-IT"/>
        </w:rPr>
        <w:t xml:space="preserve"> </w:t>
      </w:r>
      <w:r w:rsidR="003A059C" w:rsidRPr="003A059C">
        <w:rPr>
          <w:i/>
          <w:iCs/>
          <w:lang w:val="it-IT"/>
        </w:rPr>
        <w:t>(cosa devono fare concretamente i bambini?)</w:t>
      </w:r>
    </w:p>
    <w:p w:rsidR="00936E87" w:rsidRDefault="00936E87">
      <w:pPr>
        <w:rPr>
          <w:lang w:val="it-IT"/>
        </w:rPr>
      </w:pPr>
      <w:r>
        <w:rPr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067E43" wp14:editId="2426C1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08000" cy="1310400"/>
                <wp:effectExtent l="0" t="0" r="16510" b="10795"/>
                <wp:wrapNone/>
                <wp:docPr id="134865884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000" cy="13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6E87" w:rsidRDefault="00936E87" w:rsidP="00936E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67E43" id="_x0000_s1028" type="#_x0000_t202" style="position:absolute;margin-left:0;margin-top:-.05pt;width:433.7pt;height:103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" fillcolor="white [3201]" strokeweight=".5pt">
                <v:textbox>
                  <w:txbxContent>
                    <w:p w:rsidR="00936E87" w:rsidRDefault="00936E87" w:rsidP="00936E87"/>
                  </w:txbxContent>
                </v:textbox>
              </v:shape>
            </w:pict>
          </mc:Fallback>
        </mc:AlternateContent>
      </w:r>
    </w:p>
    <w:p w:rsidR="00936E87" w:rsidRDefault="00936E87">
      <w:pPr>
        <w:rPr>
          <w:lang w:val="it-IT"/>
        </w:rPr>
      </w:pPr>
    </w:p>
    <w:p w:rsidR="00936E87" w:rsidRDefault="00936E87">
      <w:pPr>
        <w:rPr>
          <w:lang w:val="it-IT"/>
        </w:rPr>
      </w:pPr>
    </w:p>
    <w:p w:rsidR="00936E87" w:rsidRDefault="00936E87">
      <w:pPr>
        <w:rPr>
          <w:lang w:val="it-IT"/>
        </w:rPr>
      </w:pPr>
    </w:p>
    <w:p w:rsidR="00B566A8" w:rsidRPr="003A059C" w:rsidRDefault="00B566A8">
      <w:pPr>
        <w:rPr>
          <w:lang w:val="it-IT"/>
        </w:rPr>
      </w:pPr>
    </w:p>
    <w:p w:rsidR="00B566A8" w:rsidRPr="003A059C" w:rsidRDefault="00000000">
      <w:pPr>
        <w:rPr>
          <w:b/>
          <w:bCs/>
          <w:lang w:val="it-IT"/>
        </w:rPr>
      </w:pPr>
      <w:r w:rsidRPr="003A059C">
        <w:rPr>
          <w:b/>
          <w:bCs/>
          <w:lang w:val="it-IT"/>
        </w:rPr>
        <w:t>FASE 3 – DOMANDE GUIDA:</w:t>
      </w:r>
      <w:r w:rsidR="003A059C">
        <w:rPr>
          <w:b/>
          <w:bCs/>
          <w:lang w:val="it-IT"/>
        </w:rPr>
        <w:t xml:space="preserve"> </w:t>
      </w:r>
      <w:r w:rsidR="003A059C" w:rsidRPr="003A059C">
        <w:rPr>
          <w:i/>
          <w:iCs/>
          <w:lang w:val="it-IT"/>
        </w:rPr>
        <w:t>(esempi: cosa osservi? cosa succede se…?)</w:t>
      </w:r>
    </w:p>
    <w:p w:rsidR="00936E87" w:rsidRDefault="00936E87">
      <w:pPr>
        <w:rPr>
          <w:lang w:val="it-IT"/>
        </w:rPr>
      </w:pPr>
      <w:r>
        <w:rPr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067E43" wp14:editId="2426C1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08000" cy="1310400"/>
                <wp:effectExtent l="0" t="0" r="16510" b="10795"/>
                <wp:wrapNone/>
                <wp:docPr id="94856412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000" cy="13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6E87" w:rsidRDefault="00936E87" w:rsidP="00936E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67E43" id="_x0000_s1029" type="#_x0000_t202" style="position:absolute;margin-left:0;margin-top:0;width:433.7pt;height:103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" fillcolor="white [3201]" strokeweight=".5pt">
                <v:textbox>
                  <w:txbxContent>
                    <w:p w:rsidR="00936E87" w:rsidRDefault="00936E87" w:rsidP="00936E87"/>
                  </w:txbxContent>
                </v:textbox>
              </v:shape>
            </w:pict>
          </mc:Fallback>
        </mc:AlternateContent>
      </w:r>
    </w:p>
    <w:p w:rsidR="00936E87" w:rsidRDefault="00936E87">
      <w:pPr>
        <w:rPr>
          <w:lang w:val="it-IT"/>
        </w:rPr>
      </w:pPr>
    </w:p>
    <w:p w:rsidR="00936E87" w:rsidRDefault="00936E87">
      <w:pPr>
        <w:rPr>
          <w:lang w:val="it-IT"/>
        </w:rPr>
      </w:pPr>
    </w:p>
    <w:p w:rsidR="00936E87" w:rsidRDefault="00936E87">
      <w:pPr>
        <w:rPr>
          <w:lang w:val="it-IT"/>
        </w:rPr>
      </w:pPr>
    </w:p>
    <w:p w:rsidR="00B566A8" w:rsidRPr="003A059C" w:rsidRDefault="00B566A8">
      <w:pPr>
        <w:rPr>
          <w:b/>
          <w:bCs/>
          <w:lang w:val="it-IT"/>
        </w:rPr>
      </w:pPr>
    </w:p>
    <w:p w:rsidR="00B566A8" w:rsidRPr="003A059C" w:rsidRDefault="00000000">
      <w:pPr>
        <w:rPr>
          <w:lang w:val="it-IT"/>
        </w:rPr>
      </w:pPr>
      <w:r w:rsidRPr="003A059C">
        <w:rPr>
          <w:b/>
          <w:bCs/>
          <w:lang w:val="it-IT"/>
        </w:rPr>
        <w:t>FASE 4 – RIFLESSIONE / ISTITUZIONALIZZAZIONE:</w:t>
      </w:r>
      <w:r w:rsidR="003A059C">
        <w:rPr>
          <w:lang w:val="it-IT"/>
        </w:rPr>
        <w:t xml:space="preserve"> </w:t>
      </w:r>
      <w:r w:rsidR="003A059C" w:rsidRPr="003A059C">
        <w:rPr>
          <w:i/>
          <w:iCs/>
          <w:lang w:val="it-IT"/>
        </w:rPr>
        <w:t>(cosa devono capire alla fine?)</w:t>
      </w:r>
    </w:p>
    <w:p w:rsidR="00936E87" w:rsidRDefault="00936E87">
      <w:pPr>
        <w:rPr>
          <w:lang w:val="it-IT"/>
        </w:rPr>
      </w:pPr>
      <w:r>
        <w:rPr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067E43" wp14:editId="2426C1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08000" cy="1310400"/>
                <wp:effectExtent l="0" t="0" r="16510" b="10795"/>
                <wp:wrapNone/>
                <wp:docPr id="114026918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000" cy="13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6E87" w:rsidRDefault="00936E87" w:rsidP="00936E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67E43" id="_x0000_s1030" type="#_x0000_t202" style="position:absolute;margin-left:0;margin-top:0;width:433.7pt;height:103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" fillcolor="white [3201]" strokeweight=".5pt">
                <v:textbox>
                  <w:txbxContent>
                    <w:p w:rsidR="00936E87" w:rsidRDefault="00936E87" w:rsidP="00936E87"/>
                  </w:txbxContent>
                </v:textbox>
              </v:shape>
            </w:pict>
          </mc:Fallback>
        </mc:AlternateContent>
      </w:r>
    </w:p>
    <w:p w:rsidR="00936E87" w:rsidRDefault="00936E87">
      <w:pPr>
        <w:rPr>
          <w:lang w:val="it-IT"/>
        </w:rPr>
      </w:pPr>
    </w:p>
    <w:p w:rsidR="00936E87" w:rsidRDefault="00936E87">
      <w:pPr>
        <w:rPr>
          <w:lang w:val="it-IT"/>
        </w:rPr>
      </w:pPr>
    </w:p>
    <w:p w:rsidR="00936E87" w:rsidRDefault="00936E87">
      <w:pPr>
        <w:rPr>
          <w:lang w:val="it-IT"/>
        </w:rPr>
      </w:pPr>
    </w:p>
    <w:p w:rsidR="00936E87" w:rsidRPr="003A059C" w:rsidRDefault="00936E87">
      <w:pPr>
        <w:rPr>
          <w:lang w:val="it-IT"/>
        </w:rPr>
      </w:pPr>
    </w:p>
    <w:p w:rsidR="00B566A8" w:rsidRPr="003A059C" w:rsidRDefault="00000000">
      <w:pPr>
        <w:rPr>
          <w:i/>
          <w:iCs/>
          <w:lang w:val="it-IT"/>
        </w:rPr>
      </w:pPr>
      <w:r w:rsidRPr="003A059C">
        <w:rPr>
          <w:b/>
          <w:bCs/>
          <w:lang w:val="it-IT"/>
        </w:rPr>
        <w:lastRenderedPageBreak/>
        <w:t>FASE 5 – PRODUZIONE (individuale o di gruppo):</w:t>
      </w:r>
      <w:r w:rsidR="003A059C">
        <w:rPr>
          <w:lang w:val="it-IT"/>
        </w:rPr>
        <w:t xml:space="preserve"> </w:t>
      </w:r>
      <w:r w:rsidR="003A059C" w:rsidRPr="003A059C">
        <w:rPr>
          <w:i/>
          <w:iCs/>
          <w:lang w:val="it-IT"/>
        </w:rPr>
        <w:t>(disegno, spiegazione scritta, schema…)</w:t>
      </w:r>
    </w:p>
    <w:p w:rsidR="00936E87" w:rsidRDefault="00936E87">
      <w:pPr>
        <w:rPr>
          <w:lang w:val="it-IT"/>
        </w:rPr>
      </w:pPr>
      <w:r>
        <w:rPr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067E43" wp14:editId="2426C1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08000" cy="1310400"/>
                <wp:effectExtent l="0" t="0" r="16510" b="10795"/>
                <wp:wrapNone/>
                <wp:docPr id="104350663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000" cy="13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6E87" w:rsidRDefault="00936E87" w:rsidP="00936E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67E43" id="_x0000_s1031" type="#_x0000_t202" style="position:absolute;margin-left:0;margin-top:-.05pt;width:433.7pt;height:103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" fillcolor="white [3201]" strokeweight=".5pt">
                <v:textbox>
                  <w:txbxContent>
                    <w:p w:rsidR="00936E87" w:rsidRDefault="00936E87" w:rsidP="00936E87"/>
                  </w:txbxContent>
                </v:textbox>
              </v:shape>
            </w:pict>
          </mc:Fallback>
        </mc:AlternateContent>
      </w:r>
    </w:p>
    <w:p w:rsidR="00936E87" w:rsidRDefault="00936E87">
      <w:pPr>
        <w:rPr>
          <w:lang w:val="it-IT"/>
        </w:rPr>
      </w:pPr>
    </w:p>
    <w:p w:rsidR="00936E87" w:rsidRDefault="00936E87">
      <w:pPr>
        <w:rPr>
          <w:lang w:val="it-IT"/>
        </w:rPr>
      </w:pPr>
    </w:p>
    <w:p w:rsidR="00B566A8" w:rsidRPr="003A059C" w:rsidRDefault="00000000">
      <w:pPr>
        <w:rPr>
          <w:lang w:val="it-IT"/>
        </w:rPr>
      </w:pPr>
      <w:r w:rsidRPr="003A059C">
        <w:rPr>
          <w:lang w:val="it-IT"/>
        </w:rPr>
        <w:br/>
      </w:r>
    </w:p>
    <w:p w:rsidR="00B566A8" w:rsidRDefault="00000000">
      <w:pPr>
        <w:rPr>
          <w:i/>
          <w:iCs/>
          <w:lang w:val="it-IT"/>
        </w:rPr>
      </w:pPr>
      <w:r w:rsidRPr="003A059C">
        <w:rPr>
          <w:b/>
          <w:bCs/>
          <w:lang w:val="it-IT"/>
        </w:rPr>
        <w:t>VARIANTI / ESTENSIONI:</w:t>
      </w:r>
      <w:r w:rsidR="003A059C" w:rsidRPr="003A059C">
        <w:rPr>
          <w:lang w:val="it-IT"/>
        </w:rPr>
        <w:t xml:space="preserve"> </w:t>
      </w:r>
      <w:r w:rsidR="003A059C" w:rsidRPr="003A059C">
        <w:rPr>
          <w:i/>
          <w:iCs/>
          <w:lang w:val="it-IT"/>
        </w:rPr>
        <w:t>(per differenziare o approfondire)</w:t>
      </w:r>
    </w:p>
    <w:p w:rsidR="00936E87" w:rsidRDefault="00936E87">
      <w:pPr>
        <w:rPr>
          <w:i/>
          <w:iCs/>
          <w:lang w:val="it-IT"/>
        </w:rPr>
      </w:pPr>
      <w:r>
        <w:rPr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067E43" wp14:editId="2426C142">
                <wp:simplePos x="0" y="0"/>
                <wp:positionH relativeFrom="column">
                  <wp:posOffset>0</wp:posOffset>
                </wp:positionH>
                <wp:positionV relativeFrom="paragraph">
                  <wp:posOffset>35665</wp:posOffset>
                </wp:positionV>
                <wp:extent cx="5508000" cy="1310400"/>
                <wp:effectExtent l="0" t="0" r="16510" b="10795"/>
                <wp:wrapNone/>
                <wp:docPr id="177876418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000" cy="13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6E87" w:rsidRDefault="00936E87" w:rsidP="00936E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67E43" id="_x0000_s1032" type="#_x0000_t202" style="position:absolute;margin-left:0;margin-top:2.8pt;width:433.7pt;height:103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" fillcolor="white [3201]" strokeweight=".5pt">
                <v:textbox>
                  <w:txbxContent>
                    <w:p w:rsidR="00936E87" w:rsidRDefault="00936E87" w:rsidP="00936E87"/>
                  </w:txbxContent>
                </v:textbox>
              </v:shape>
            </w:pict>
          </mc:Fallback>
        </mc:AlternateContent>
      </w:r>
    </w:p>
    <w:p w:rsidR="00936E87" w:rsidRDefault="00936E87">
      <w:pPr>
        <w:rPr>
          <w:i/>
          <w:iCs/>
          <w:lang w:val="it-IT"/>
        </w:rPr>
      </w:pPr>
    </w:p>
    <w:p w:rsidR="00936E87" w:rsidRPr="003A059C" w:rsidRDefault="00936E87">
      <w:pPr>
        <w:rPr>
          <w:i/>
          <w:iCs/>
          <w:lang w:val="it-IT"/>
        </w:rPr>
      </w:pPr>
    </w:p>
    <w:p w:rsidR="00936E87" w:rsidRDefault="00936E87" w:rsidP="00936E87">
      <w:pPr>
        <w:rPr>
          <w:lang w:val="it-IT"/>
        </w:rPr>
      </w:pPr>
    </w:p>
    <w:p w:rsidR="00936E87" w:rsidRDefault="00000000" w:rsidP="00936E87">
      <w:pPr>
        <w:rPr>
          <w:b/>
          <w:bCs/>
          <w:lang w:val="it-IT"/>
        </w:rPr>
      </w:pPr>
      <w:r w:rsidRPr="003A059C">
        <w:rPr>
          <w:lang w:val="it-IT"/>
        </w:rPr>
        <w:br/>
      </w:r>
    </w:p>
    <w:p w:rsidR="00936E87" w:rsidRPr="00936E87" w:rsidRDefault="00936E87" w:rsidP="00936E87">
      <w:pPr>
        <w:rPr>
          <w:b/>
          <w:bCs/>
          <w:lang w:val="it-IT"/>
        </w:rPr>
      </w:pPr>
      <w:r w:rsidRPr="00936E87">
        <w:rPr>
          <w:b/>
          <w:bCs/>
          <w:lang w:val="it-IT"/>
        </w:rPr>
        <w:t>Suggerimenti per la progettazione</w:t>
      </w:r>
      <w:r>
        <w:rPr>
          <w:b/>
          <w:bCs/>
          <w:lang w:val="it-IT"/>
        </w:rPr>
        <w:t>:</w:t>
      </w:r>
    </w:p>
    <w:p w:rsidR="00936E87" w:rsidRDefault="00936E87" w:rsidP="00936E87">
      <w:pPr>
        <w:pStyle w:val="Paragrafoelenco"/>
        <w:numPr>
          <w:ilvl w:val="0"/>
          <w:numId w:val="10"/>
        </w:numPr>
        <w:spacing w:line="360" w:lineRule="auto"/>
        <w:rPr>
          <w:lang w:val="it-IT"/>
        </w:rPr>
      </w:pPr>
      <w:r w:rsidRPr="00936E87">
        <w:rPr>
          <w:lang w:val="it-IT"/>
        </w:rPr>
        <w:t>Classe 1ª: attività di conteggio e scoperta</w:t>
      </w:r>
    </w:p>
    <w:p w:rsidR="00936E87" w:rsidRDefault="00936E87" w:rsidP="00936E87">
      <w:pPr>
        <w:pStyle w:val="Paragrafoelenco"/>
        <w:numPr>
          <w:ilvl w:val="0"/>
          <w:numId w:val="10"/>
        </w:numPr>
        <w:spacing w:line="360" w:lineRule="auto"/>
        <w:rPr>
          <w:lang w:val="it-IT"/>
        </w:rPr>
      </w:pPr>
      <w:r w:rsidRPr="00936E87">
        <w:rPr>
          <w:lang w:val="it-IT"/>
        </w:rPr>
        <w:t>Classe 2ª: costruzione dei numer</w:t>
      </w:r>
    </w:p>
    <w:p w:rsidR="00936E87" w:rsidRDefault="00936E87" w:rsidP="00936E87">
      <w:pPr>
        <w:pStyle w:val="Paragrafoelenco"/>
        <w:numPr>
          <w:ilvl w:val="0"/>
          <w:numId w:val="10"/>
        </w:numPr>
        <w:spacing w:line="360" w:lineRule="auto"/>
        <w:rPr>
          <w:lang w:val="it-IT"/>
        </w:rPr>
      </w:pPr>
      <w:r w:rsidRPr="00936E87">
        <w:rPr>
          <w:lang w:val="it-IT"/>
        </w:rPr>
        <w:t>Classe 3ª: valore posizionale</w:t>
      </w:r>
    </w:p>
    <w:p w:rsidR="00936E87" w:rsidRDefault="00936E87" w:rsidP="00936E87">
      <w:pPr>
        <w:pStyle w:val="Paragrafoelenco"/>
        <w:numPr>
          <w:ilvl w:val="0"/>
          <w:numId w:val="10"/>
        </w:numPr>
        <w:spacing w:line="360" w:lineRule="auto"/>
        <w:rPr>
          <w:lang w:val="it-IT"/>
        </w:rPr>
      </w:pPr>
      <w:r w:rsidRPr="00936E87">
        <w:rPr>
          <w:lang w:val="it-IT"/>
        </w:rPr>
        <w:t>Classe 4ª: addizioni e strategie</w:t>
      </w:r>
    </w:p>
    <w:p w:rsidR="00B566A8" w:rsidRPr="00936E87" w:rsidRDefault="00936E87" w:rsidP="00936E87">
      <w:pPr>
        <w:pStyle w:val="Paragrafoelenco"/>
        <w:numPr>
          <w:ilvl w:val="0"/>
          <w:numId w:val="10"/>
        </w:numPr>
        <w:spacing w:line="360" w:lineRule="auto"/>
        <w:rPr>
          <w:lang w:val="it-IT"/>
        </w:rPr>
      </w:pPr>
      <w:r w:rsidRPr="00936E87">
        <w:rPr>
          <w:lang w:val="it-IT"/>
        </w:rPr>
        <w:t>Classe 5ª: operazioni e riflessione</w:t>
      </w:r>
    </w:p>
    <w:sectPr w:rsidR="00B566A8" w:rsidRPr="00936E8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88272C"/>
    <w:multiLevelType w:val="hybridMultilevel"/>
    <w:tmpl w:val="D5A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231595">
    <w:abstractNumId w:val="8"/>
  </w:num>
  <w:num w:numId="2" w16cid:durableId="1047147123">
    <w:abstractNumId w:val="6"/>
  </w:num>
  <w:num w:numId="3" w16cid:durableId="2103330764">
    <w:abstractNumId w:val="5"/>
  </w:num>
  <w:num w:numId="4" w16cid:durableId="336690781">
    <w:abstractNumId w:val="4"/>
  </w:num>
  <w:num w:numId="5" w16cid:durableId="745416411">
    <w:abstractNumId w:val="7"/>
  </w:num>
  <w:num w:numId="6" w16cid:durableId="1660578730">
    <w:abstractNumId w:val="3"/>
  </w:num>
  <w:num w:numId="7" w16cid:durableId="656498302">
    <w:abstractNumId w:val="2"/>
  </w:num>
  <w:num w:numId="8" w16cid:durableId="1956401226">
    <w:abstractNumId w:val="1"/>
  </w:num>
  <w:num w:numId="9" w16cid:durableId="1599635025">
    <w:abstractNumId w:val="0"/>
  </w:num>
  <w:num w:numId="10" w16cid:durableId="1198040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059C"/>
    <w:rsid w:val="00664689"/>
    <w:rsid w:val="00936E87"/>
    <w:rsid w:val="00AA1D8D"/>
    <w:rsid w:val="00B47730"/>
    <w:rsid w:val="00B566A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FE08774"/>
  <w14:defaultImageDpi w14:val="300"/>
  <w15:docId w15:val="{9BA93568-5EAF-FF4B-B888-3D15BBF2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167</Words>
  <Characters>997</Characters>
  <Application>Microsoft Office Word</Application>
  <DocSecurity>0</DocSecurity>
  <Lines>34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Goffredo Manzo</cp:lastModifiedBy>
  <cp:revision>2</cp:revision>
  <dcterms:created xsi:type="dcterms:W3CDTF">2013-12-23T23:15:00Z</dcterms:created>
  <dcterms:modified xsi:type="dcterms:W3CDTF">2026-05-04T15:53:00Z</dcterms:modified>
  <cp:category/>
</cp:coreProperties>
</file>